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C8AE23" w14:textId="63A1798F" w:rsidR="00564577" w:rsidRDefault="00000000">
      <w:pPr>
        <w:spacing w:after="40"/>
        <w:jc w:val="center"/>
        <w:rPr>
          <w:lang w:eastAsia="ja-JP"/>
        </w:rPr>
      </w:pPr>
      <w:r>
        <w:rPr>
          <w:b/>
          <w:sz w:val="38"/>
          <w:lang w:eastAsia="ja-JP"/>
        </w:rPr>
        <w:t>鮭川</w:t>
      </w:r>
      <w:r w:rsidR="009C4682">
        <w:rPr>
          <w:rFonts w:hint="eastAsia"/>
          <w:b/>
          <w:sz w:val="38"/>
          <w:lang w:eastAsia="ja-JP"/>
        </w:rPr>
        <w:t>のきのこを、もっと○○な人に届けるなら？</w:t>
      </w:r>
      <w:r>
        <w:rPr>
          <w:b/>
          <w:sz w:val="38"/>
          <w:lang w:eastAsia="ja-JP"/>
        </w:rPr>
        <w:t>シート</w:t>
      </w:r>
    </w:p>
    <w:p w14:paraId="57CD3F91" w14:textId="3203974F" w:rsidR="00564577" w:rsidRDefault="009C4682">
      <w:pPr>
        <w:spacing w:after="140"/>
        <w:jc w:val="center"/>
        <w:rPr>
          <w:lang w:eastAsia="ja-JP"/>
        </w:rPr>
      </w:pPr>
      <w:r>
        <w:rPr>
          <w:rFonts w:hint="eastAsia"/>
          <w:b/>
          <w:sz w:val="20"/>
          <w:lang w:eastAsia="ja-JP"/>
        </w:rPr>
        <w:t>きのこ産業PR・販売促進コーディネーター</w:t>
      </w:r>
      <w:r w:rsidR="00000000">
        <w:rPr>
          <w:b/>
          <w:sz w:val="20"/>
          <w:lang w:eastAsia="ja-JP"/>
        </w:rPr>
        <w:t xml:space="preserve"> 応募用</w:t>
      </w:r>
    </w:p>
    <w:p w14:paraId="780C891F" w14:textId="3694C326" w:rsidR="00564577" w:rsidRDefault="00000000" w:rsidP="002F24B9">
      <w:pPr>
        <w:spacing w:after="120"/>
        <w:ind w:firstLine="190"/>
        <w:rPr>
          <w:lang w:eastAsia="ja-JP"/>
        </w:rPr>
      </w:pPr>
      <w:r>
        <w:rPr>
          <w:lang w:eastAsia="ja-JP"/>
        </w:rPr>
        <w:t>鮭川村で地域おこし協力隊として活動するにあたり、</w:t>
      </w:r>
      <w:r w:rsidR="002F24B9">
        <w:rPr>
          <w:rFonts w:hint="eastAsia"/>
          <w:lang w:eastAsia="ja-JP"/>
        </w:rPr>
        <w:t>次の内容を簡潔に記載してください。</w:t>
      </w:r>
    </w:p>
    <w:p w14:paraId="5C6DAF71" w14:textId="77777777" w:rsidR="002F24B9" w:rsidRDefault="002F24B9" w:rsidP="002F24B9">
      <w:pPr>
        <w:spacing w:after="120"/>
        <w:rPr>
          <w:rFonts w:hint="eastAsia"/>
          <w:lang w:eastAsia="ja-JP"/>
        </w:rPr>
      </w:pPr>
    </w:p>
    <w:p w14:paraId="21A1B712" w14:textId="037C12FA" w:rsidR="00564577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3C834A40" wp14:editId="6BA71A64">
                <wp:simplePos x="0" y="0"/>
                <wp:positionH relativeFrom="column">
                  <wp:posOffset>635</wp:posOffset>
                </wp:positionH>
                <wp:positionV relativeFrom="paragraph">
                  <wp:posOffset>270510</wp:posOffset>
                </wp:positionV>
                <wp:extent cx="6229350" cy="111442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9E149E" w14:textId="77777777" w:rsidR="002F24B9" w:rsidRDefault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C834A4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.05pt;margin-top:21.3pt;width:490.5pt;height:87.75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LJNAIAAH0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" fillcolor="white [3201]" strokeweight=".5pt">
                <v:textbox>
                  <w:txbxContent>
                    <w:p w14:paraId="369E149E" w14:textId="77777777" w:rsidR="002F24B9" w:rsidRDefault="002F24B9"/>
                  </w:txbxContent>
                </v:textbox>
              </v:shape>
            </w:pict>
          </mc:Fallback>
        </mc:AlternateContent>
      </w:r>
      <w:r w:rsidRPr="002F24B9">
        <w:rPr>
          <w:rFonts w:hint="eastAsia"/>
          <w:sz w:val="22"/>
          <w:szCs w:val="32"/>
          <w:lang w:eastAsia="ja-JP"/>
        </w:rPr>
        <w:t>鮭川村</w:t>
      </w:r>
      <w:r w:rsidR="009C4682">
        <w:rPr>
          <w:rFonts w:hint="eastAsia"/>
          <w:sz w:val="22"/>
          <w:szCs w:val="32"/>
          <w:lang w:eastAsia="ja-JP"/>
        </w:rPr>
        <w:t>や鮭川産きのこについて、気になったこと・面白いと感じたこと</w:t>
      </w:r>
    </w:p>
    <w:p w14:paraId="199042ED" w14:textId="475440E5" w:rsidR="002F24B9" w:rsidRDefault="002F24B9">
      <w:pPr>
        <w:spacing w:after="20"/>
        <w:rPr>
          <w:lang w:eastAsia="ja-JP"/>
        </w:rPr>
      </w:pPr>
    </w:p>
    <w:p w14:paraId="772A566A" w14:textId="77777777" w:rsidR="002F24B9" w:rsidRDefault="002F24B9">
      <w:pPr>
        <w:spacing w:after="20"/>
        <w:rPr>
          <w:lang w:eastAsia="ja-JP"/>
        </w:rPr>
      </w:pPr>
    </w:p>
    <w:p w14:paraId="38D6E47C" w14:textId="77777777" w:rsidR="002F24B9" w:rsidRDefault="002F24B9">
      <w:pPr>
        <w:spacing w:after="20"/>
        <w:rPr>
          <w:lang w:eastAsia="ja-JP"/>
        </w:rPr>
      </w:pPr>
    </w:p>
    <w:p w14:paraId="01AA7F46" w14:textId="77777777" w:rsidR="002F24B9" w:rsidRDefault="002F24B9">
      <w:pPr>
        <w:spacing w:after="20"/>
        <w:rPr>
          <w:lang w:eastAsia="ja-JP"/>
        </w:rPr>
      </w:pPr>
    </w:p>
    <w:p w14:paraId="50D03A50" w14:textId="77777777" w:rsidR="002F24B9" w:rsidRDefault="002F24B9">
      <w:pPr>
        <w:spacing w:after="20"/>
        <w:rPr>
          <w:lang w:eastAsia="ja-JP"/>
        </w:rPr>
      </w:pPr>
    </w:p>
    <w:p w14:paraId="17201D64" w14:textId="0E4C48BA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4FBAB98E" wp14:editId="5B5AE6EB">
                <wp:simplePos x="0" y="0"/>
                <wp:positionH relativeFrom="column">
                  <wp:posOffset>0</wp:posOffset>
                </wp:positionH>
                <wp:positionV relativeFrom="paragraph">
                  <wp:posOffset>233680</wp:posOffset>
                </wp:positionV>
                <wp:extent cx="6229350" cy="1114425"/>
                <wp:effectExtent l="0" t="0" r="19050" b="28575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7D0BA6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BAB98E" id="テキスト ボックス 2" o:spid="_x0000_s1027" type="#_x0000_t202" style="position:absolute;margin-left:0;margin-top:18.4pt;width:490.5pt;height:87.75pt;z-index: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IaxNwIAAIQ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" fillcolor="white [3201]" strokeweight=".5pt">
                <v:textbox>
                  <w:txbxContent>
                    <w:p w14:paraId="6A7D0BA6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="009C4682">
        <w:rPr>
          <w:rFonts w:hint="eastAsia"/>
          <w:sz w:val="22"/>
          <w:szCs w:val="32"/>
          <w:lang w:eastAsia="ja-JP"/>
        </w:rPr>
        <w:t>どのような人に、どのようにきのこの魅力を届けてみたいか</w:t>
      </w:r>
    </w:p>
    <w:p w14:paraId="76167A15" w14:textId="768CFD9D" w:rsidR="002F24B9" w:rsidRDefault="002F24B9">
      <w:pPr>
        <w:spacing w:after="20"/>
        <w:rPr>
          <w:lang w:eastAsia="ja-JP"/>
        </w:rPr>
      </w:pPr>
    </w:p>
    <w:p w14:paraId="2BCFB1A9" w14:textId="77777777" w:rsidR="002F24B9" w:rsidRDefault="002F24B9">
      <w:pPr>
        <w:spacing w:after="20"/>
        <w:rPr>
          <w:lang w:eastAsia="ja-JP"/>
        </w:rPr>
      </w:pPr>
    </w:p>
    <w:p w14:paraId="6C390EC9" w14:textId="77777777" w:rsidR="002F24B9" w:rsidRDefault="002F24B9">
      <w:pPr>
        <w:spacing w:after="20"/>
        <w:rPr>
          <w:lang w:eastAsia="ja-JP"/>
        </w:rPr>
      </w:pPr>
    </w:p>
    <w:p w14:paraId="6AC93A09" w14:textId="77777777" w:rsidR="002F24B9" w:rsidRDefault="002F24B9">
      <w:pPr>
        <w:spacing w:after="20"/>
        <w:rPr>
          <w:lang w:eastAsia="ja-JP"/>
        </w:rPr>
      </w:pPr>
    </w:p>
    <w:p w14:paraId="3B34171F" w14:textId="77777777" w:rsidR="002F24B9" w:rsidRDefault="002F24B9">
      <w:pPr>
        <w:spacing w:after="20"/>
        <w:rPr>
          <w:rFonts w:hint="eastAsia"/>
          <w:lang w:eastAsia="ja-JP"/>
        </w:rPr>
      </w:pPr>
    </w:p>
    <w:p w14:paraId="63F7C6F0" w14:textId="5D1C396A" w:rsidR="00564577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38A4E0" wp14:editId="6217F59E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6229350" cy="1114425"/>
                <wp:effectExtent l="0" t="0" r="19050" b="2857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A244D2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38A4E0" id="テキスト ボックス 3" o:spid="_x0000_s1028" type="#_x0000_t202" style="position:absolute;margin-left:0;margin-top:17.65pt;width:490.5pt;height:87.7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" fillcolor="white [3201]" strokeweight=".5pt">
                <v:textbox>
                  <w:txbxContent>
                    <w:p w14:paraId="2FA244D2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="009C4682">
        <w:rPr>
          <w:rFonts w:hint="eastAsia"/>
          <w:sz w:val="22"/>
          <w:szCs w:val="32"/>
          <w:lang w:eastAsia="ja-JP"/>
        </w:rPr>
        <w:t>最初に試してみたいPR・販売促進・企画等のアイデア</w:t>
      </w:r>
    </w:p>
    <w:p w14:paraId="7CB6DF12" w14:textId="19FE9F54" w:rsidR="002F24B9" w:rsidRDefault="002F24B9">
      <w:pPr>
        <w:spacing w:after="20"/>
        <w:rPr>
          <w:lang w:eastAsia="ja-JP"/>
        </w:rPr>
      </w:pPr>
    </w:p>
    <w:p w14:paraId="1467016D" w14:textId="77777777" w:rsidR="002F24B9" w:rsidRDefault="002F24B9">
      <w:pPr>
        <w:spacing w:after="20"/>
        <w:rPr>
          <w:lang w:eastAsia="ja-JP"/>
        </w:rPr>
      </w:pPr>
    </w:p>
    <w:p w14:paraId="16DEB26D" w14:textId="77777777" w:rsidR="002F24B9" w:rsidRDefault="002F24B9">
      <w:pPr>
        <w:spacing w:after="20"/>
        <w:rPr>
          <w:lang w:eastAsia="ja-JP"/>
        </w:rPr>
      </w:pPr>
    </w:p>
    <w:p w14:paraId="71ED7DC9" w14:textId="77777777" w:rsidR="002F24B9" w:rsidRDefault="002F24B9">
      <w:pPr>
        <w:spacing w:after="20"/>
        <w:rPr>
          <w:lang w:eastAsia="ja-JP"/>
        </w:rPr>
      </w:pPr>
    </w:p>
    <w:p w14:paraId="698A61F0" w14:textId="77777777" w:rsidR="002F24B9" w:rsidRDefault="002F24B9">
      <w:pPr>
        <w:spacing w:after="20"/>
        <w:rPr>
          <w:lang w:eastAsia="ja-JP"/>
        </w:rPr>
      </w:pPr>
    </w:p>
    <w:p w14:paraId="24E16860" w14:textId="59E4D135" w:rsidR="002F24B9" w:rsidRP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129E2F5" wp14:editId="482A3E12">
                <wp:simplePos x="0" y="0"/>
                <wp:positionH relativeFrom="column">
                  <wp:posOffset>0</wp:posOffset>
                </wp:positionH>
                <wp:positionV relativeFrom="paragraph">
                  <wp:posOffset>214630</wp:posOffset>
                </wp:positionV>
                <wp:extent cx="6229350" cy="1114425"/>
                <wp:effectExtent l="0" t="0" r="19050" b="28575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E7917A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29E2F5" id="テキスト ボックス 4" o:spid="_x0000_s1029" type="#_x0000_t202" style="position:absolute;margin-left:0;margin-top:16.9pt;width:490.5pt;height:87.75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" fillcolor="white [3201]" strokeweight=".5pt">
                <v:textbox>
                  <w:txbxContent>
                    <w:p w14:paraId="4FE7917A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="009C4682">
        <w:rPr>
          <w:rFonts w:hint="eastAsia"/>
          <w:sz w:val="22"/>
          <w:szCs w:val="32"/>
          <w:lang w:eastAsia="ja-JP"/>
        </w:rPr>
        <w:t>活かせそうな自身の経験・得意分野</w:t>
      </w:r>
    </w:p>
    <w:p w14:paraId="47EA495E" w14:textId="167BF0B6" w:rsidR="002F24B9" w:rsidRDefault="002F24B9">
      <w:pPr>
        <w:spacing w:after="20"/>
        <w:rPr>
          <w:lang w:eastAsia="ja-JP"/>
        </w:rPr>
      </w:pPr>
    </w:p>
    <w:p w14:paraId="56C71CAE" w14:textId="77777777" w:rsidR="002F24B9" w:rsidRDefault="002F24B9">
      <w:pPr>
        <w:spacing w:after="20"/>
        <w:rPr>
          <w:lang w:eastAsia="ja-JP"/>
        </w:rPr>
      </w:pPr>
    </w:p>
    <w:p w14:paraId="03413DB7" w14:textId="77777777" w:rsidR="002F24B9" w:rsidRDefault="002F24B9">
      <w:pPr>
        <w:spacing w:after="20"/>
        <w:rPr>
          <w:rFonts w:hint="eastAsia"/>
          <w:lang w:eastAsia="ja-JP"/>
        </w:rPr>
      </w:pPr>
    </w:p>
    <w:p w14:paraId="4C17617C" w14:textId="77777777" w:rsidR="002F24B9" w:rsidRDefault="002F24B9">
      <w:pPr>
        <w:spacing w:after="20"/>
        <w:rPr>
          <w:rFonts w:hint="eastAsia"/>
          <w:lang w:eastAsia="ja-JP"/>
        </w:rPr>
      </w:pPr>
    </w:p>
    <w:p w14:paraId="29C023BF" w14:textId="77777777" w:rsidR="002F24B9" w:rsidRDefault="002F24B9">
      <w:pPr>
        <w:spacing w:after="20"/>
        <w:rPr>
          <w:lang w:eastAsia="ja-JP"/>
        </w:rPr>
      </w:pPr>
    </w:p>
    <w:p w14:paraId="5EEEBCD4" w14:textId="40260CC0" w:rsidR="002F24B9" w:rsidRDefault="002F24B9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548AADC" wp14:editId="73C8CE65">
                <wp:simplePos x="0" y="0"/>
                <wp:positionH relativeFrom="column">
                  <wp:posOffset>0</wp:posOffset>
                </wp:positionH>
                <wp:positionV relativeFrom="paragraph">
                  <wp:posOffset>204470</wp:posOffset>
                </wp:positionV>
                <wp:extent cx="6229350" cy="1114425"/>
                <wp:effectExtent l="0" t="0" r="19050" b="2857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E63DFE" w14:textId="77777777" w:rsidR="002F24B9" w:rsidRDefault="002F24B9" w:rsidP="002F24B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48AADC" id="テキスト ボックス 5" o:spid="_x0000_s1030" type="#_x0000_t202" style="position:absolute;margin-left:0;margin-top:16.1pt;width:490.5pt;height:87.75pt;z-index: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" fillcolor="white [3201]" strokeweight=".5pt">
                <v:textbox>
                  <w:txbxContent>
                    <w:p w14:paraId="54E63DFE" w14:textId="77777777" w:rsidR="002F24B9" w:rsidRDefault="002F24B9" w:rsidP="002F24B9"/>
                  </w:txbxContent>
                </v:textbox>
              </v:shape>
            </w:pict>
          </mc:Fallback>
        </mc:AlternateContent>
      </w:r>
      <w:r w:rsidR="009C4682">
        <w:rPr>
          <w:rFonts w:hint="eastAsia"/>
          <w:sz w:val="22"/>
          <w:szCs w:val="32"/>
          <w:lang w:eastAsia="ja-JP"/>
        </w:rPr>
        <w:t>生産者や地域の人とどのように関わりたいか</w:t>
      </w:r>
    </w:p>
    <w:p w14:paraId="0D899933" w14:textId="77777777" w:rsidR="009C4682" w:rsidRPr="002F24B9" w:rsidRDefault="009C4682">
      <w:pPr>
        <w:spacing w:after="20"/>
        <w:rPr>
          <w:rFonts w:hint="eastAsia"/>
          <w:sz w:val="22"/>
          <w:szCs w:val="32"/>
          <w:lang w:eastAsia="ja-JP"/>
        </w:rPr>
      </w:pPr>
    </w:p>
    <w:p w14:paraId="6D18B22F" w14:textId="51880946" w:rsidR="002F24B9" w:rsidRDefault="002F24B9">
      <w:pPr>
        <w:spacing w:after="20"/>
        <w:rPr>
          <w:lang w:eastAsia="ja-JP"/>
        </w:rPr>
      </w:pPr>
    </w:p>
    <w:p w14:paraId="01BA8010" w14:textId="77777777" w:rsidR="002F24B9" w:rsidRDefault="002F24B9">
      <w:pPr>
        <w:spacing w:after="20"/>
        <w:rPr>
          <w:rFonts w:hint="eastAsia"/>
          <w:lang w:eastAsia="ja-JP"/>
        </w:rPr>
      </w:pPr>
    </w:p>
    <w:p w14:paraId="6FAC9AD3" w14:textId="77777777" w:rsidR="002F24B9" w:rsidRDefault="002F24B9">
      <w:pPr>
        <w:spacing w:after="20"/>
        <w:rPr>
          <w:lang w:eastAsia="ja-JP"/>
        </w:rPr>
      </w:pPr>
    </w:p>
    <w:p w14:paraId="195372A9" w14:textId="77777777" w:rsidR="002F24B9" w:rsidRDefault="002F24B9">
      <w:pPr>
        <w:spacing w:after="20"/>
        <w:rPr>
          <w:lang w:eastAsia="ja-JP"/>
        </w:rPr>
      </w:pPr>
    </w:p>
    <w:p w14:paraId="2918069B" w14:textId="135CFEAA" w:rsidR="002F24B9" w:rsidRDefault="009C4682">
      <w:pPr>
        <w:spacing w:after="20"/>
        <w:rPr>
          <w:sz w:val="22"/>
          <w:szCs w:val="32"/>
          <w:lang w:eastAsia="ja-JP"/>
        </w:rPr>
      </w:pPr>
      <w:r>
        <w:rPr>
          <w:noProof/>
          <w:lang w:eastAsia="ja-JP"/>
        </w:rPr>
        <w:lastRenderedPageBreak/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12DD263B" wp14:editId="3AFFF173">
                <wp:simplePos x="0" y="0"/>
                <wp:positionH relativeFrom="column">
                  <wp:posOffset>0</wp:posOffset>
                </wp:positionH>
                <wp:positionV relativeFrom="paragraph">
                  <wp:posOffset>235585</wp:posOffset>
                </wp:positionV>
                <wp:extent cx="6229350" cy="1114425"/>
                <wp:effectExtent l="0" t="0" r="19050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114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487CCE" w14:textId="77777777" w:rsidR="009C4682" w:rsidRDefault="009C4682" w:rsidP="009C46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D263B" id="テキスト ボックス 6" o:spid="_x0000_s1031" type="#_x0000_t202" style="position:absolute;margin-left:0;margin-top:18.55pt;width:490.5pt;height:87.7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" fillcolor="white [3201]" strokeweight=".5pt">
                <v:textbox>
                  <w:txbxContent>
                    <w:p w14:paraId="5F487CCE" w14:textId="77777777" w:rsidR="009C4682" w:rsidRDefault="009C4682" w:rsidP="009C4682"/>
                  </w:txbxContent>
                </v:textbox>
              </v:shape>
            </w:pict>
          </mc:Fallback>
        </mc:AlternateContent>
      </w:r>
      <w:r w:rsidRPr="009C4682">
        <w:rPr>
          <w:rFonts w:hint="eastAsia"/>
          <w:sz w:val="22"/>
          <w:szCs w:val="32"/>
          <w:lang w:eastAsia="ja-JP"/>
        </w:rPr>
        <w:t>３年後に目指したい状態</w:t>
      </w:r>
    </w:p>
    <w:p w14:paraId="75062865" w14:textId="08DCA2C4" w:rsidR="009C4682" w:rsidRDefault="009C4682">
      <w:pPr>
        <w:spacing w:after="20"/>
        <w:rPr>
          <w:sz w:val="22"/>
          <w:szCs w:val="32"/>
          <w:lang w:eastAsia="ja-JP"/>
        </w:rPr>
      </w:pPr>
    </w:p>
    <w:p w14:paraId="631F2F8F" w14:textId="021FFB6C" w:rsidR="009C4682" w:rsidRDefault="009C4682">
      <w:pPr>
        <w:spacing w:after="20"/>
        <w:rPr>
          <w:sz w:val="22"/>
          <w:szCs w:val="32"/>
          <w:lang w:eastAsia="ja-JP"/>
        </w:rPr>
      </w:pPr>
    </w:p>
    <w:p w14:paraId="7B543B24" w14:textId="037A14B4" w:rsidR="009C4682" w:rsidRDefault="009C4682">
      <w:pPr>
        <w:spacing w:after="20"/>
        <w:rPr>
          <w:sz w:val="22"/>
          <w:szCs w:val="32"/>
          <w:lang w:eastAsia="ja-JP"/>
        </w:rPr>
      </w:pPr>
    </w:p>
    <w:p w14:paraId="349E0987" w14:textId="75706BF5" w:rsidR="009C4682" w:rsidRDefault="009C4682">
      <w:pPr>
        <w:spacing w:after="20"/>
        <w:rPr>
          <w:sz w:val="22"/>
          <w:szCs w:val="32"/>
          <w:lang w:eastAsia="ja-JP"/>
        </w:rPr>
      </w:pPr>
    </w:p>
    <w:p w14:paraId="132721CD" w14:textId="278B4760" w:rsidR="009C4682" w:rsidRPr="009C4682" w:rsidRDefault="009C4682">
      <w:pPr>
        <w:spacing w:after="20"/>
        <w:rPr>
          <w:rFonts w:hint="eastAsia"/>
          <w:sz w:val="22"/>
          <w:szCs w:val="32"/>
          <w:lang w:eastAsia="ja-JP"/>
        </w:rPr>
      </w:pPr>
    </w:p>
    <w:sectPr w:rsidR="009C4682" w:rsidRPr="009C4682" w:rsidSect="00034616">
      <w:footerReference w:type="default" r:id="rId8"/>
      <w:pgSz w:w="12240" w:h="15840"/>
      <w:pgMar w:top="680" w:right="794" w:bottom="680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8898DA" w14:textId="77777777" w:rsidR="009C4939" w:rsidRDefault="009C4939">
      <w:pPr>
        <w:spacing w:after="0" w:line="240" w:lineRule="auto"/>
      </w:pPr>
      <w:r>
        <w:separator/>
      </w:r>
    </w:p>
  </w:endnote>
  <w:endnote w:type="continuationSeparator" w:id="0">
    <w:p w14:paraId="290B8E91" w14:textId="77777777" w:rsidR="009C4939" w:rsidRDefault="009C4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6319CB" w14:textId="77777777" w:rsidR="00564577" w:rsidRDefault="00000000">
    <w:pPr>
      <w:pStyle w:val="a7"/>
      <w:jc w:val="center"/>
      <w:rPr>
        <w:lang w:eastAsia="ja-JP"/>
      </w:rPr>
    </w:pPr>
    <w:r>
      <w:rPr>
        <w:color w:val="787878"/>
        <w:sz w:val="16"/>
        <w:lang w:eastAsia="ja-JP"/>
      </w:rPr>
      <w:t>鮭川村　地域おこし協力隊 応募用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DD9AA1" w14:textId="77777777" w:rsidR="009C4939" w:rsidRDefault="009C4939">
      <w:pPr>
        <w:spacing w:after="0" w:line="240" w:lineRule="auto"/>
      </w:pPr>
      <w:r>
        <w:separator/>
      </w:r>
    </w:p>
  </w:footnote>
  <w:footnote w:type="continuationSeparator" w:id="0">
    <w:p w14:paraId="62317A3A" w14:textId="77777777" w:rsidR="009C4939" w:rsidRDefault="009C49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68499118">
    <w:abstractNumId w:val="8"/>
  </w:num>
  <w:num w:numId="2" w16cid:durableId="247929713">
    <w:abstractNumId w:val="6"/>
  </w:num>
  <w:num w:numId="3" w16cid:durableId="578709378">
    <w:abstractNumId w:val="5"/>
  </w:num>
  <w:num w:numId="4" w16cid:durableId="1923221402">
    <w:abstractNumId w:val="4"/>
  </w:num>
  <w:num w:numId="5" w16cid:durableId="1517692198">
    <w:abstractNumId w:val="7"/>
  </w:num>
  <w:num w:numId="6" w16cid:durableId="259720648">
    <w:abstractNumId w:val="3"/>
  </w:num>
  <w:num w:numId="7" w16cid:durableId="964001541">
    <w:abstractNumId w:val="2"/>
  </w:num>
  <w:num w:numId="8" w16cid:durableId="67385595">
    <w:abstractNumId w:val="1"/>
  </w:num>
  <w:num w:numId="9" w16cid:durableId="1273053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24B9"/>
    <w:rsid w:val="00317905"/>
    <w:rsid w:val="00326F90"/>
    <w:rsid w:val="00564577"/>
    <w:rsid w:val="007435FB"/>
    <w:rsid w:val="009C4682"/>
    <w:rsid w:val="009C4939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0A2D009"/>
  <w14:defaultImageDpi w14:val="300"/>
  <w15:docId w15:val="{A321A1EC-87B7-4372-A6FF-F3CF3A037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游ゴシック" w:eastAsia="游ゴシック" w:hAnsi="游ゴシック"/>
      <w:sz w:val="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cp:lastPrinted>2026-10-15T02:33:00Z</cp:lastPrinted>
  <dcterms:created xsi:type="dcterms:W3CDTF">2026-10-15T02:41:00Z</dcterms:created>
  <dcterms:modified xsi:type="dcterms:W3CDTF">2026-10-15T02:41:00Z</dcterms:modified>
  <cp:category/>
</cp:coreProperties>
</file>