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8AE23" w14:textId="77777777" w:rsidR="00564577" w:rsidRDefault="00000000">
      <w:pPr>
        <w:spacing w:after="40"/>
        <w:jc w:val="center"/>
        <w:rPr>
          <w:lang w:eastAsia="ja-JP"/>
        </w:rPr>
      </w:pPr>
      <w:r>
        <w:rPr>
          <w:b/>
          <w:sz w:val="38"/>
          <w:lang w:eastAsia="ja-JP"/>
        </w:rPr>
        <w:t>鮭川村でやってみたいことシート</w:t>
      </w:r>
    </w:p>
    <w:p w14:paraId="57CD3F91" w14:textId="68844477" w:rsidR="00564577" w:rsidRDefault="00317905">
      <w:pPr>
        <w:spacing w:after="140"/>
        <w:jc w:val="center"/>
        <w:rPr>
          <w:lang w:eastAsia="ja-JP"/>
        </w:rPr>
      </w:pPr>
      <w:r>
        <w:rPr>
          <w:rFonts w:hint="eastAsia"/>
          <w:b/>
          <w:sz w:val="20"/>
          <w:lang w:eastAsia="ja-JP"/>
        </w:rPr>
        <w:t>観光・地域プロジェクト</w:t>
      </w:r>
      <w:r w:rsidR="00000000">
        <w:rPr>
          <w:b/>
          <w:sz w:val="20"/>
          <w:lang w:eastAsia="ja-JP"/>
        </w:rPr>
        <w:t xml:space="preserve"> 応募用</w:t>
      </w:r>
    </w:p>
    <w:p w14:paraId="780C891F" w14:textId="3694C326" w:rsidR="00564577" w:rsidRDefault="00000000" w:rsidP="002F24B9">
      <w:pPr>
        <w:spacing w:after="120"/>
        <w:ind w:firstLine="190"/>
        <w:rPr>
          <w:lang w:eastAsia="ja-JP"/>
        </w:rPr>
      </w:pPr>
      <w:r>
        <w:rPr>
          <w:lang w:eastAsia="ja-JP"/>
        </w:rPr>
        <w:t>鮭川村で地域おこし協力隊として活動するにあたり、</w:t>
      </w:r>
      <w:r w:rsidR="002F24B9">
        <w:rPr>
          <w:rFonts w:hint="eastAsia"/>
          <w:lang w:eastAsia="ja-JP"/>
        </w:rPr>
        <w:t>次の内容を簡潔に記載してください。</w:t>
      </w:r>
    </w:p>
    <w:p w14:paraId="5C6DAF71" w14:textId="77777777" w:rsidR="002F24B9" w:rsidRDefault="002F24B9" w:rsidP="002F24B9">
      <w:pPr>
        <w:spacing w:after="120"/>
        <w:rPr>
          <w:rFonts w:hint="eastAsia"/>
          <w:lang w:eastAsia="ja-JP"/>
        </w:rPr>
      </w:pPr>
    </w:p>
    <w:p w14:paraId="21A1B712" w14:textId="064A74B3" w:rsidR="00564577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C834A40" wp14:editId="6BA71A64">
                <wp:simplePos x="0" y="0"/>
                <wp:positionH relativeFrom="column">
                  <wp:posOffset>635</wp:posOffset>
                </wp:positionH>
                <wp:positionV relativeFrom="paragraph">
                  <wp:posOffset>270510</wp:posOffset>
                </wp:positionV>
                <wp:extent cx="6229350" cy="11144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9E149E" w14:textId="77777777" w:rsidR="002F24B9" w:rsidRDefault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834A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.05pt;margin-top:21.3pt;width:490.5pt;height:87.7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LJNAIAAH0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" fillcolor="white [3201]" strokeweight=".5pt">
                <v:textbox>
                  <w:txbxContent>
                    <w:p w14:paraId="369E149E" w14:textId="77777777" w:rsidR="002F24B9" w:rsidRDefault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鮭川村で気になった地域資源、場所又はテーマ</w:t>
      </w:r>
    </w:p>
    <w:p w14:paraId="199042ED" w14:textId="475440E5" w:rsidR="002F24B9" w:rsidRDefault="002F24B9">
      <w:pPr>
        <w:spacing w:after="20"/>
        <w:rPr>
          <w:lang w:eastAsia="ja-JP"/>
        </w:rPr>
      </w:pPr>
    </w:p>
    <w:p w14:paraId="772A566A" w14:textId="77777777" w:rsidR="002F24B9" w:rsidRDefault="002F24B9">
      <w:pPr>
        <w:spacing w:after="20"/>
        <w:rPr>
          <w:lang w:eastAsia="ja-JP"/>
        </w:rPr>
      </w:pPr>
    </w:p>
    <w:p w14:paraId="38D6E47C" w14:textId="77777777" w:rsidR="002F24B9" w:rsidRDefault="002F24B9">
      <w:pPr>
        <w:spacing w:after="20"/>
        <w:rPr>
          <w:lang w:eastAsia="ja-JP"/>
        </w:rPr>
      </w:pPr>
    </w:p>
    <w:p w14:paraId="01AA7F46" w14:textId="77777777" w:rsidR="002F24B9" w:rsidRDefault="002F24B9">
      <w:pPr>
        <w:spacing w:after="20"/>
        <w:rPr>
          <w:lang w:eastAsia="ja-JP"/>
        </w:rPr>
      </w:pPr>
    </w:p>
    <w:p w14:paraId="50D03A50" w14:textId="77777777" w:rsidR="002F24B9" w:rsidRDefault="002F24B9">
      <w:pPr>
        <w:spacing w:after="20"/>
        <w:rPr>
          <w:lang w:eastAsia="ja-JP"/>
        </w:rPr>
      </w:pPr>
    </w:p>
    <w:p w14:paraId="17201D64" w14:textId="19EA691F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FBAB98E" wp14:editId="5B5AE6EB">
                <wp:simplePos x="0" y="0"/>
                <wp:positionH relativeFrom="column">
                  <wp:posOffset>0</wp:posOffset>
                </wp:positionH>
                <wp:positionV relativeFrom="paragraph">
                  <wp:posOffset>233680</wp:posOffset>
                </wp:positionV>
                <wp:extent cx="6229350" cy="11144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D0BA6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AB98E" id="テキスト ボックス 2" o:spid="_x0000_s1027" type="#_x0000_t202" style="position:absolute;margin-left:0;margin-top:18.4pt;width:490.5pt;height:87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IaxNwIAAIQ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" fillcolor="white [3201]" strokeweight=".5pt">
                <v:textbox>
                  <w:txbxContent>
                    <w:p w14:paraId="6A7D0BA6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鮭川村で取り組んでみたいこと</w:t>
      </w:r>
    </w:p>
    <w:p w14:paraId="76167A15" w14:textId="768CFD9D" w:rsidR="002F24B9" w:rsidRDefault="002F24B9">
      <w:pPr>
        <w:spacing w:after="20"/>
        <w:rPr>
          <w:lang w:eastAsia="ja-JP"/>
        </w:rPr>
      </w:pPr>
    </w:p>
    <w:p w14:paraId="2BCFB1A9" w14:textId="77777777" w:rsidR="002F24B9" w:rsidRDefault="002F24B9">
      <w:pPr>
        <w:spacing w:after="20"/>
        <w:rPr>
          <w:lang w:eastAsia="ja-JP"/>
        </w:rPr>
      </w:pPr>
    </w:p>
    <w:p w14:paraId="6C390EC9" w14:textId="77777777" w:rsidR="002F24B9" w:rsidRDefault="002F24B9">
      <w:pPr>
        <w:spacing w:after="20"/>
        <w:rPr>
          <w:lang w:eastAsia="ja-JP"/>
        </w:rPr>
      </w:pPr>
    </w:p>
    <w:p w14:paraId="6AC93A09" w14:textId="77777777" w:rsidR="002F24B9" w:rsidRDefault="002F24B9">
      <w:pPr>
        <w:spacing w:after="20"/>
        <w:rPr>
          <w:lang w:eastAsia="ja-JP"/>
        </w:rPr>
      </w:pPr>
    </w:p>
    <w:p w14:paraId="3B34171F" w14:textId="77777777" w:rsidR="002F24B9" w:rsidRDefault="002F24B9">
      <w:pPr>
        <w:spacing w:after="20"/>
        <w:rPr>
          <w:rFonts w:hint="eastAsia"/>
          <w:lang w:eastAsia="ja-JP"/>
        </w:rPr>
      </w:pPr>
    </w:p>
    <w:p w14:paraId="63F7C6F0" w14:textId="58332A10" w:rsidR="00564577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38A4E0" wp14:editId="6217F59E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6229350" cy="11144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244D2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8A4E0" id="テキスト ボックス 3" o:spid="_x0000_s1028" type="#_x0000_t202" style="position:absolute;margin-left:0;margin-top:17.65pt;width:490.5pt;height:87.7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" fillcolor="white [3201]" strokeweight=".5pt">
                <v:textbox>
                  <w:txbxContent>
                    <w:p w14:paraId="2FA244D2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活かせそうな自身の経験・得意分野</w:t>
      </w:r>
    </w:p>
    <w:p w14:paraId="7CB6DF12" w14:textId="19FE9F54" w:rsidR="002F24B9" w:rsidRDefault="002F24B9">
      <w:pPr>
        <w:spacing w:after="20"/>
        <w:rPr>
          <w:lang w:eastAsia="ja-JP"/>
        </w:rPr>
      </w:pPr>
    </w:p>
    <w:p w14:paraId="1467016D" w14:textId="77777777" w:rsidR="002F24B9" w:rsidRDefault="002F24B9">
      <w:pPr>
        <w:spacing w:after="20"/>
        <w:rPr>
          <w:lang w:eastAsia="ja-JP"/>
        </w:rPr>
      </w:pPr>
    </w:p>
    <w:p w14:paraId="16DEB26D" w14:textId="77777777" w:rsidR="002F24B9" w:rsidRDefault="002F24B9">
      <w:pPr>
        <w:spacing w:after="20"/>
        <w:rPr>
          <w:lang w:eastAsia="ja-JP"/>
        </w:rPr>
      </w:pPr>
    </w:p>
    <w:p w14:paraId="71ED7DC9" w14:textId="77777777" w:rsidR="002F24B9" w:rsidRDefault="002F24B9">
      <w:pPr>
        <w:spacing w:after="20"/>
        <w:rPr>
          <w:lang w:eastAsia="ja-JP"/>
        </w:rPr>
      </w:pPr>
    </w:p>
    <w:p w14:paraId="698A61F0" w14:textId="77777777" w:rsidR="002F24B9" w:rsidRDefault="002F24B9">
      <w:pPr>
        <w:spacing w:after="20"/>
        <w:rPr>
          <w:lang w:eastAsia="ja-JP"/>
        </w:rPr>
      </w:pPr>
    </w:p>
    <w:p w14:paraId="24E16860" w14:textId="2BCE25FF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129E2F5" wp14:editId="482A3E12">
                <wp:simplePos x="0" y="0"/>
                <wp:positionH relativeFrom="column">
                  <wp:posOffset>0</wp:posOffset>
                </wp:positionH>
                <wp:positionV relativeFrom="paragraph">
                  <wp:posOffset>214630</wp:posOffset>
                </wp:positionV>
                <wp:extent cx="6229350" cy="11144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7917A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9E2F5" id="テキスト ボックス 4" o:spid="_x0000_s1029" type="#_x0000_t202" style="position:absolute;margin-left:0;margin-top:16.9pt;width:490.5pt;height:87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" fillcolor="white [3201]" strokeweight=".5pt">
                <v:textbox>
                  <w:txbxContent>
                    <w:p w14:paraId="4FE7917A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地域の人や事業者とどのように関わりたいか</w:t>
      </w:r>
    </w:p>
    <w:p w14:paraId="47EA495E" w14:textId="167BF0B6" w:rsidR="002F24B9" w:rsidRDefault="002F24B9">
      <w:pPr>
        <w:spacing w:after="20"/>
        <w:rPr>
          <w:lang w:eastAsia="ja-JP"/>
        </w:rPr>
      </w:pPr>
    </w:p>
    <w:p w14:paraId="56C71CAE" w14:textId="77777777" w:rsidR="002F24B9" w:rsidRDefault="002F24B9">
      <w:pPr>
        <w:spacing w:after="20"/>
        <w:rPr>
          <w:lang w:eastAsia="ja-JP"/>
        </w:rPr>
      </w:pPr>
    </w:p>
    <w:p w14:paraId="03413DB7" w14:textId="77777777" w:rsidR="002F24B9" w:rsidRDefault="002F24B9">
      <w:pPr>
        <w:spacing w:after="20"/>
        <w:rPr>
          <w:rFonts w:hint="eastAsia"/>
          <w:lang w:eastAsia="ja-JP"/>
        </w:rPr>
      </w:pPr>
    </w:p>
    <w:p w14:paraId="4C17617C" w14:textId="77777777" w:rsidR="002F24B9" w:rsidRDefault="002F24B9">
      <w:pPr>
        <w:spacing w:after="20"/>
        <w:rPr>
          <w:rFonts w:hint="eastAsia"/>
          <w:lang w:eastAsia="ja-JP"/>
        </w:rPr>
      </w:pPr>
    </w:p>
    <w:p w14:paraId="29C023BF" w14:textId="77777777" w:rsidR="002F24B9" w:rsidRDefault="002F24B9">
      <w:pPr>
        <w:spacing w:after="20"/>
        <w:rPr>
          <w:lang w:eastAsia="ja-JP"/>
        </w:rPr>
      </w:pPr>
    </w:p>
    <w:p w14:paraId="5EEEBCD4" w14:textId="6AD8A6D5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548AADC" wp14:editId="73C8CE65">
                <wp:simplePos x="0" y="0"/>
                <wp:positionH relativeFrom="column">
                  <wp:posOffset>0</wp:posOffset>
                </wp:positionH>
                <wp:positionV relativeFrom="paragraph">
                  <wp:posOffset>204470</wp:posOffset>
                </wp:positionV>
                <wp:extent cx="6229350" cy="111442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63DFE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8AADC" id="テキスト ボックス 5" o:spid="_x0000_s1030" type="#_x0000_t202" style="position:absolute;margin-left:0;margin-top:16.1pt;width:490.5pt;height:87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WHOQIAAIQ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" fillcolor="white [3201]" strokeweight=".5pt">
                <v:textbox>
                  <w:txbxContent>
                    <w:p w14:paraId="54E63DFE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３年後に目指したい状態</w:t>
      </w:r>
    </w:p>
    <w:p w14:paraId="6D18B22F" w14:textId="51880946" w:rsidR="002F24B9" w:rsidRDefault="002F24B9">
      <w:pPr>
        <w:spacing w:after="20"/>
        <w:rPr>
          <w:lang w:eastAsia="ja-JP"/>
        </w:rPr>
      </w:pPr>
    </w:p>
    <w:p w14:paraId="01BA8010" w14:textId="77777777" w:rsidR="002F24B9" w:rsidRDefault="002F24B9">
      <w:pPr>
        <w:spacing w:after="20"/>
        <w:rPr>
          <w:rFonts w:hint="eastAsia"/>
          <w:lang w:eastAsia="ja-JP"/>
        </w:rPr>
      </w:pPr>
    </w:p>
    <w:p w14:paraId="6FAC9AD3" w14:textId="77777777" w:rsidR="002F24B9" w:rsidRDefault="002F24B9">
      <w:pPr>
        <w:spacing w:after="20"/>
        <w:rPr>
          <w:lang w:eastAsia="ja-JP"/>
        </w:rPr>
      </w:pPr>
    </w:p>
    <w:p w14:paraId="195372A9" w14:textId="77777777" w:rsidR="002F24B9" w:rsidRDefault="002F24B9">
      <w:pPr>
        <w:spacing w:after="20"/>
        <w:rPr>
          <w:lang w:eastAsia="ja-JP"/>
        </w:rPr>
      </w:pPr>
    </w:p>
    <w:p w14:paraId="2918069B" w14:textId="77777777" w:rsidR="002F24B9" w:rsidRDefault="002F24B9">
      <w:pPr>
        <w:spacing w:after="20"/>
        <w:rPr>
          <w:rFonts w:hint="eastAsia"/>
          <w:lang w:eastAsia="ja-JP"/>
        </w:rPr>
      </w:pPr>
    </w:p>
    <w:sectPr w:rsidR="002F24B9" w:rsidSect="00034616">
      <w:footerReference w:type="default" r:id="rId8"/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64F26" w14:textId="77777777" w:rsidR="009E4159" w:rsidRDefault="009E4159">
      <w:pPr>
        <w:spacing w:after="0" w:line="240" w:lineRule="auto"/>
      </w:pPr>
      <w:r>
        <w:separator/>
      </w:r>
    </w:p>
  </w:endnote>
  <w:endnote w:type="continuationSeparator" w:id="0">
    <w:p w14:paraId="5B9D900F" w14:textId="77777777" w:rsidR="009E4159" w:rsidRDefault="009E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19CB" w14:textId="77777777" w:rsidR="00564577" w:rsidRDefault="00000000">
    <w:pPr>
      <w:pStyle w:val="a7"/>
      <w:jc w:val="center"/>
      <w:rPr>
        <w:lang w:eastAsia="ja-JP"/>
      </w:rPr>
    </w:pPr>
    <w:r>
      <w:rPr>
        <w:color w:val="787878"/>
        <w:sz w:val="16"/>
        <w:lang w:eastAsia="ja-JP"/>
      </w:rPr>
      <w:t>鮭川村　地域おこし協力隊 応募用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33FC0" w14:textId="77777777" w:rsidR="009E4159" w:rsidRDefault="009E4159">
      <w:pPr>
        <w:spacing w:after="0" w:line="240" w:lineRule="auto"/>
      </w:pPr>
      <w:r>
        <w:separator/>
      </w:r>
    </w:p>
  </w:footnote>
  <w:footnote w:type="continuationSeparator" w:id="0">
    <w:p w14:paraId="4B5AA337" w14:textId="77777777" w:rsidR="009E4159" w:rsidRDefault="009E4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499118">
    <w:abstractNumId w:val="8"/>
  </w:num>
  <w:num w:numId="2" w16cid:durableId="247929713">
    <w:abstractNumId w:val="6"/>
  </w:num>
  <w:num w:numId="3" w16cid:durableId="578709378">
    <w:abstractNumId w:val="5"/>
  </w:num>
  <w:num w:numId="4" w16cid:durableId="1923221402">
    <w:abstractNumId w:val="4"/>
  </w:num>
  <w:num w:numId="5" w16cid:durableId="1517692198">
    <w:abstractNumId w:val="7"/>
  </w:num>
  <w:num w:numId="6" w16cid:durableId="259720648">
    <w:abstractNumId w:val="3"/>
  </w:num>
  <w:num w:numId="7" w16cid:durableId="964001541">
    <w:abstractNumId w:val="2"/>
  </w:num>
  <w:num w:numId="8" w16cid:durableId="67385595">
    <w:abstractNumId w:val="1"/>
  </w:num>
  <w:num w:numId="9" w16cid:durableId="127305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24B9"/>
    <w:rsid w:val="00317905"/>
    <w:rsid w:val="00326F90"/>
    <w:rsid w:val="00564577"/>
    <w:rsid w:val="007435FB"/>
    <w:rsid w:val="009E415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A2D009"/>
  <w14:defaultImageDpi w14:val="300"/>
  <w15:docId w15:val="{A321A1EC-87B7-4372-A6FF-F3CF3A03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cp:lastPrinted>2026-10-15T02:31:00Z</cp:lastPrinted>
  <dcterms:created xsi:type="dcterms:W3CDTF">2026-10-15T02:31:00Z</dcterms:created>
  <dcterms:modified xsi:type="dcterms:W3CDTF">2026-10-15T02:33:00Z</dcterms:modified>
  <cp:category/>
</cp:coreProperties>
</file>