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8AE23" w14:textId="52C93CCA" w:rsidR="00564577" w:rsidRDefault="00000000">
      <w:pPr>
        <w:spacing w:after="40"/>
        <w:jc w:val="center"/>
        <w:rPr>
          <w:lang w:eastAsia="ja-JP"/>
        </w:rPr>
      </w:pPr>
      <w:r>
        <w:rPr>
          <w:b/>
          <w:sz w:val="38"/>
          <w:lang w:eastAsia="ja-JP"/>
        </w:rPr>
        <w:t>鮭川村で</w:t>
      </w:r>
      <w:r w:rsidR="009D5340">
        <w:rPr>
          <w:rFonts w:hint="eastAsia"/>
          <w:b/>
          <w:sz w:val="38"/>
          <w:lang w:eastAsia="ja-JP"/>
        </w:rPr>
        <w:t>取り組んで</w:t>
      </w:r>
      <w:r>
        <w:rPr>
          <w:b/>
          <w:sz w:val="38"/>
          <w:lang w:eastAsia="ja-JP"/>
        </w:rPr>
        <w:t>みたいことシート</w:t>
      </w:r>
    </w:p>
    <w:p w14:paraId="57CD3F91" w14:textId="507DABD6" w:rsidR="00564577" w:rsidRDefault="009D5340">
      <w:pPr>
        <w:spacing w:after="140"/>
        <w:jc w:val="center"/>
        <w:rPr>
          <w:lang w:eastAsia="ja-JP"/>
        </w:rPr>
      </w:pPr>
      <w:r>
        <w:rPr>
          <w:rFonts w:hint="eastAsia"/>
          <w:b/>
          <w:sz w:val="20"/>
          <w:lang w:eastAsia="ja-JP"/>
        </w:rPr>
        <w:t>鳥獣対策・猟友会サポート</w:t>
      </w:r>
      <w:r w:rsidR="00317905">
        <w:rPr>
          <w:b/>
          <w:sz w:val="20"/>
          <w:lang w:eastAsia="ja-JP"/>
        </w:rPr>
        <w:t xml:space="preserve"> 応募用</w:t>
      </w:r>
    </w:p>
    <w:p w14:paraId="780C891F" w14:textId="3694C326" w:rsidR="00564577" w:rsidRDefault="00000000" w:rsidP="002F24B9">
      <w:pPr>
        <w:spacing w:after="120"/>
        <w:ind w:firstLine="190"/>
        <w:rPr>
          <w:lang w:eastAsia="ja-JP"/>
        </w:rPr>
      </w:pPr>
      <w:r>
        <w:rPr>
          <w:lang w:eastAsia="ja-JP"/>
        </w:rPr>
        <w:t>鮭川村で地域おこし協力隊として活動するにあたり、</w:t>
      </w:r>
      <w:r w:rsidR="002F24B9">
        <w:rPr>
          <w:rFonts w:hint="eastAsia"/>
          <w:lang w:eastAsia="ja-JP"/>
        </w:rPr>
        <w:t>次の内容を簡潔に記載してください。</w:t>
      </w:r>
    </w:p>
    <w:p w14:paraId="5C6DAF71" w14:textId="77777777" w:rsidR="002F24B9" w:rsidRDefault="002F24B9" w:rsidP="002F24B9">
      <w:pPr>
        <w:spacing w:after="120"/>
        <w:rPr>
          <w:lang w:eastAsia="ja-JP"/>
        </w:rPr>
      </w:pPr>
    </w:p>
    <w:p w14:paraId="21A1B712" w14:textId="22AD62F0" w:rsidR="00564577" w:rsidRPr="002F24B9" w:rsidRDefault="009D5340">
      <w:pPr>
        <w:spacing w:after="20"/>
        <w:rPr>
          <w:sz w:val="22"/>
          <w:szCs w:val="32"/>
          <w:lang w:eastAsia="ja-JP"/>
        </w:rPr>
      </w:pPr>
      <w:r>
        <w:rPr>
          <w:rFonts w:hint="eastAsia"/>
          <w:sz w:val="22"/>
          <w:szCs w:val="32"/>
          <w:lang w:eastAsia="ja-JP"/>
        </w:rPr>
        <w:t>鳥獣対策や</w:t>
      </w:r>
      <w:r w:rsidR="002F24B9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C834A40" wp14:editId="6BA71A64">
                <wp:simplePos x="0" y="0"/>
                <wp:positionH relativeFrom="column">
                  <wp:posOffset>635</wp:posOffset>
                </wp:positionH>
                <wp:positionV relativeFrom="paragraph">
                  <wp:posOffset>270510</wp:posOffset>
                </wp:positionV>
                <wp:extent cx="6229350" cy="11144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9E149E" w14:textId="77777777" w:rsidR="002F24B9" w:rsidRDefault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834A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.05pt;margin-top:21.3pt;width:490.5pt;height:87.7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" fillcolor="white [3201]" strokeweight=".5pt">
                <v:textbox>
                  <w:txbxContent>
                    <w:p w14:paraId="369E149E" w14:textId="77777777" w:rsidR="002F24B9" w:rsidRDefault="002F24B9"/>
                  </w:txbxContent>
                </v:textbox>
              </v:shape>
            </w:pict>
          </mc:Fallback>
        </mc:AlternateContent>
      </w:r>
      <w:r w:rsidR="002F24B9" w:rsidRPr="002F24B9">
        <w:rPr>
          <w:rFonts w:hint="eastAsia"/>
          <w:sz w:val="22"/>
          <w:szCs w:val="32"/>
          <w:lang w:eastAsia="ja-JP"/>
        </w:rPr>
        <w:t>鮭川村</w:t>
      </w:r>
      <w:r>
        <w:rPr>
          <w:rFonts w:hint="eastAsia"/>
          <w:sz w:val="22"/>
          <w:szCs w:val="32"/>
          <w:lang w:eastAsia="ja-JP"/>
        </w:rPr>
        <w:t>の地域・自然について関心を持ったこと</w:t>
      </w:r>
    </w:p>
    <w:p w14:paraId="199042ED" w14:textId="475440E5" w:rsidR="002F24B9" w:rsidRDefault="002F24B9">
      <w:pPr>
        <w:spacing w:after="20"/>
        <w:rPr>
          <w:lang w:eastAsia="ja-JP"/>
        </w:rPr>
      </w:pPr>
    </w:p>
    <w:p w14:paraId="772A566A" w14:textId="77777777" w:rsidR="002F24B9" w:rsidRDefault="002F24B9">
      <w:pPr>
        <w:spacing w:after="20"/>
        <w:rPr>
          <w:lang w:eastAsia="ja-JP"/>
        </w:rPr>
      </w:pPr>
    </w:p>
    <w:p w14:paraId="38D6E47C" w14:textId="77777777" w:rsidR="002F24B9" w:rsidRDefault="002F24B9">
      <w:pPr>
        <w:spacing w:after="20"/>
        <w:rPr>
          <w:lang w:eastAsia="ja-JP"/>
        </w:rPr>
      </w:pPr>
    </w:p>
    <w:p w14:paraId="01AA7F46" w14:textId="77777777" w:rsidR="002F24B9" w:rsidRDefault="002F24B9">
      <w:pPr>
        <w:spacing w:after="20"/>
        <w:rPr>
          <w:lang w:eastAsia="ja-JP"/>
        </w:rPr>
      </w:pPr>
    </w:p>
    <w:p w14:paraId="50D03A50" w14:textId="77777777" w:rsidR="002F24B9" w:rsidRDefault="002F24B9">
      <w:pPr>
        <w:spacing w:after="20"/>
        <w:rPr>
          <w:lang w:eastAsia="ja-JP"/>
        </w:rPr>
      </w:pPr>
    </w:p>
    <w:p w14:paraId="17201D64" w14:textId="7F5117AB" w:rsidR="002F24B9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FBAB98E" wp14:editId="5B5AE6EB">
                <wp:simplePos x="0" y="0"/>
                <wp:positionH relativeFrom="column">
                  <wp:posOffset>0</wp:posOffset>
                </wp:positionH>
                <wp:positionV relativeFrom="paragraph">
                  <wp:posOffset>233680</wp:posOffset>
                </wp:positionV>
                <wp:extent cx="6229350" cy="11144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7D0BA6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AB98E" id="テキスト ボックス 2" o:spid="_x0000_s1027" type="#_x0000_t202" style="position:absolute;margin-left:0;margin-top:18.4pt;width:490.5pt;height:87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" fillcolor="white [3201]" strokeweight=".5pt">
                <v:textbox>
                  <w:txbxContent>
                    <w:p w14:paraId="6A7D0BA6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="009D5340">
        <w:rPr>
          <w:rFonts w:hint="eastAsia"/>
          <w:sz w:val="22"/>
          <w:szCs w:val="32"/>
          <w:lang w:eastAsia="ja-JP"/>
        </w:rPr>
        <w:t>３年間で身につけたいこと、取り組んでみたいこと</w:t>
      </w:r>
    </w:p>
    <w:p w14:paraId="76167A15" w14:textId="768CFD9D" w:rsidR="002F24B9" w:rsidRDefault="002F24B9">
      <w:pPr>
        <w:spacing w:after="20"/>
        <w:rPr>
          <w:lang w:eastAsia="ja-JP"/>
        </w:rPr>
      </w:pPr>
    </w:p>
    <w:p w14:paraId="2BCFB1A9" w14:textId="77777777" w:rsidR="002F24B9" w:rsidRDefault="002F24B9">
      <w:pPr>
        <w:spacing w:after="20"/>
        <w:rPr>
          <w:lang w:eastAsia="ja-JP"/>
        </w:rPr>
      </w:pPr>
    </w:p>
    <w:p w14:paraId="6C390EC9" w14:textId="77777777" w:rsidR="002F24B9" w:rsidRDefault="002F24B9">
      <w:pPr>
        <w:spacing w:after="20"/>
        <w:rPr>
          <w:lang w:eastAsia="ja-JP"/>
        </w:rPr>
      </w:pPr>
    </w:p>
    <w:p w14:paraId="6AC93A09" w14:textId="77777777" w:rsidR="002F24B9" w:rsidRDefault="002F24B9">
      <w:pPr>
        <w:spacing w:after="20"/>
        <w:rPr>
          <w:lang w:eastAsia="ja-JP"/>
        </w:rPr>
      </w:pPr>
    </w:p>
    <w:p w14:paraId="3B34171F" w14:textId="77777777" w:rsidR="002F24B9" w:rsidRDefault="002F24B9">
      <w:pPr>
        <w:spacing w:after="20"/>
        <w:rPr>
          <w:lang w:eastAsia="ja-JP"/>
        </w:rPr>
      </w:pPr>
    </w:p>
    <w:p w14:paraId="63F7C6F0" w14:textId="58332A10" w:rsidR="00564577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38A4E0" wp14:editId="6217F59E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6229350" cy="11144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A244D2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8A4E0" id="テキスト ボックス 3" o:spid="_x0000_s1028" type="#_x0000_t202" style="position:absolute;margin-left:0;margin-top:17.65pt;width:490.5pt;height:87.7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" fillcolor="white [3201]" strokeweight=".5pt">
                <v:textbox>
                  <w:txbxContent>
                    <w:p w14:paraId="2FA244D2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Pr="002F24B9">
        <w:rPr>
          <w:rFonts w:hint="eastAsia"/>
          <w:sz w:val="22"/>
          <w:szCs w:val="32"/>
          <w:lang w:eastAsia="ja-JP"/>
        </w:rPr>
        <w:t>活かせそうな自身の経験・得意分野</w:t>
      </w:r>
    </w:p>
    <w:p w14:paraId="7CB6DF12" w14:textId="19FE9F54" w:rsidR="002F24B9" w:rsidRDefault="002F24B9">
      <w:pPr>
        <w:spacing w:after="20"/>
        <w:rPr>
          <w:lang w:eastAsia="ja-JP"/>
        </w:rPr>
      </w:pPr>
    </w:p>
    <w:p w14:paraId="1467016D" w14:textId="77777777" w:rsidR="002F24B9" w:rsidRDefault="002F24B9">
      <w:pPr>
        <w:spacing w:after="20"/>
        <w:rPr>
          <w:lang w:eastAsia="ja-JP"/>
        </w:rPr>
      </w:pPr>
    </w:p>
    <w:p w14:paraId="16DEB26D" w14:textId="77777777" w:rsidR="002F24B9" w:rsidRDefault="002F24B9">
      <w:pPr>
        <w:spacing w:after="20"/>
        <w:rPr>
          <w:lang w:eastAsia="ja-JP"/>
        </w:rPr>
      </w:pPr>
    </w:p>
    <w:p w14:paraId="71ED7DC9" w14:textId="77777777" w:rsidR="002F24B9" w:rsidRDefault="002F24B9">
      <w:pPr>
        <w:spacing w:after="20"/>
        <w:rPr>
          <w:lang w:eastAsia="ja-JP"/>
        </w:rPr>
      </w:pPr>
    </w:p>
    <w:p w14:paraId="698A61F0" w14:textId="77777777" w:rsidR="002F24B9" w:rsidRDefault="002F24B9">
      <w:pPr>
        <w:spacing w:after="20"/>
        <w:rPr>
          <w:lang w:eastAsia="ja-JP"/>
        </w:rPr>
      </w:pPr>
    </w:p>
    <w:p w14:paraId="24E16860" w14:textId="01A360C4" w:rsidR="002F24B9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129E2F5" wp14:editId="482A3E12">
                <wp:simplePos x="0" y="0"/>
                <wp:positionH relativeFrom="column">
                  <wp:posOffset>0</wp:posOffset>
                </wp:positionH>
                <wp:positionV relativeFrom="paragraph">
                  <wp:posOffset>214630</wp:posOffset>
                </wp:positionV>
                <wp:extent cx="6229350" cy="11144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E7917A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9E2F5" id="テキスト ボックス 4" o:spid="_x0000_s1029" type="#_x0000_t202" style="position:absolute;margin-left:0;margin-top:16.9pt;width:490.5pt;height:87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" fillcolor="white [3201]" strokeweight=".5pt">
                <v:textbox>
                  <w:txbxContent>
                    <w:p w14:paraId="4FE7917A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Pr="002F24B9">
        <w:rPr>
          <w:rFonts w:hint="eastAsia"/>
          <w:sz w:val="22"/>
          <w:szCs w:val="32"/>
          <w:lang w:eastAsia="ja-JP"/>
        </w:rPr>
        <w:t>地域の人や</w:t>
      </w:r>
      <w:r w:rsidR="009D5340">
        <w:rPr>
          <w:rFonts w:hint="eastAsia"/>
          <w:sz w:val="22"/>
          <w:szCs w:val="32"/>
          <w:lang w:eastAsia="ja-JP"/>
        </w:rPr>
        <w:t>猟友会等</w:t>
      </w:r>
      <w:r w:rsidRPr="002F24B9">
        <w:rPr>
          <w:rFonts w:hint="eastAsia"/>
          <w:sz w:val="22"/>
          <w:szCs w:val="32"/>
          <w:lang w:eastAsia="ja-JP"/>
        </w:rPr>
        <w:t>とどのように関わりたいか</w:t>
      </w:r>
    </w:p>
    <w:p w14:paraId="47EA495E" w14:textId="167BF0B6" w:rsidR="002F24B9" w:rsidRDefault="002F24B9">
      <w:pPr>
        <w:spacing w:after="20"/>
        <w:rPr>
          <w:lang w:eastAsia="ja-JP"/>
        </w:rPr>
      </w:pPr>
    </w:p>
    <w:p w14:paraId="56C71CAE" w14:textId="77777777" w:rsidR="002F24B9" w:rsidRDefault="002F24B9">
      <w:pPr>
        <w:spacing w:after="20"/>
        <w:rPr>
          <w:lang w:eastAsia="ja-JP"/>
        </w:rPr>
      </w:pPr>
    </w:p>
    <w:p w14:paraId="03413DB7" w14:textId="77777777" w:rsidR="002F24B9" w:rsidRDefault="002F24B9">
      <w:pPr>
        <w:spacing w:after="20"/>
        <w:rPr>
          <w:lang w:eastAsia="ja-JP"/>
        </w:rPr>
      </w:pPr>
    </w:p>
    <w:p w14:paraId="4C17617C" w14:textId="77777777" w:rsidR="002F24B9" w:rsidRDefault="002F24B9">
      <w:pPr>
        <w:spacing w:after="20"/>
        <w:rPr>
          <w:lang w:eastAsia="ja-JP"/>
        </w:rPr>
      </w:pPr>
    </w:p>
    <w:p w14:paraId="29C023BF" w14:textId="77777777" w:rsidR="002F24B9" w:rsidRDefault="002F24B9">
      <w:pPr>
        <w:spacing w:after="20"/>
        <w:rPr>
          <w:lang w:eastAsia="ja-JP"/>
        </w:rPr>
      </w:pPr>
    </w:p>
    <w:p w14:paraId="5EEEBCD4" w14:textId="6AD8A6D5" w:rsidR="002F24B9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548AADC" wp14:editId="73C8CE65">
                <wp:simplePos x="0" y="0"/>
                <wp:positionH relativeFrom="column">
                  <wp:posOffset>0</wp:posOffset>
                </wp:positionH>
                <wp:positionV relativeFrom="paragraph">
                  <wp:posOffset>204470</wp:posOffset>
                </wp:positionV>
                <wp:extent cx="6229350" cy="111442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63DFE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8AADC" id="テキスト ボックス 5" o:spid="_x0000_s1030" type="#_x0000_t202" style="position:absolute;margin-left:0;margin-top:16.1pt;width:490.5pt;height:87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" fillcolor="white [3201]" strokeweight=".5pt">
                <v:textbox>
                  <w:txbxContent>
                    <w:p w14:paraId="54E63DFE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Pr="002F24B9">
        <w:rPr>
          <w:rFonts w:hint="eastAsia"/>
          <w:sz w:val="22"/>
          <w:szCs w:val="32"/>
          <w:lang w:eastAsia="ja-JP"/>
        </w:rPr>
        <w:t>３年後に目指したい状態</w:t>
      </w:r>
    </w:p>
    <w:p w14:paraId="6D18B22F" w14:textId="51880946" w:rsidR="002F24B9" w:rsidRDefault="002F24B9">
      <w:pPr>
        <w:spacing w:after="20"/>
        <w:rPr>
          <w:lang w:eastAsia="ja-JP"/>
        </w:rPr>
      </w:pPr>
    </w:p>
    <w:p w14:paraId="01BA8010" w14:textId="77777777" w:rsidR="002F24B9" w:rsidRDefault="002F24B9">
      <w:pPr>
        <w:spacing w:after="20"/>
        <w:rPr>
          <w:lang w:eastAsia="ja-JP"/>
        </w:rPr>
      </w:pPr>
    </w:p>
    <w:p w14:paraId="6FAC9AD3" w14:textId="77777777" w:rsidR="002F24B9" w:rsidRDefault="002F24B9">
      <w:pPr>
        <w:spacing w:after="20"/>
        <w:rPr>
          <w:lang w:eastAsia="ja-JP"/>
        </w:rPr>
      </w:pPr>
    </w:p>
    <w:p w14:paraId="195372A9" w14:textId="77777777" w:rsidR="002F24B9" w:rsidRDefault="002F24B9">
      <w:pPr>
        <w:spacing w:after="20"/>
        <w:rPr>
          <w:lang w:eastAsia="ja-JP"/>
        </w:rPr>
      </w:pPr>
    </w:p>
    <w:p w14:paraId="2918069B" w14:textId="77777777" w:rsidR="002F24B9" w:rsidRDefault="002F24B9">
      <w:pPr>
        <w:spacing w:after="20"/>
        <w:rPr>
          <w:lang w:eastAsia="ja-JP"/>
        </w:rPr>
      </w:pPr>
    </w:p>
    <w:sectPr w:rsidR="002F24B9" w:rsidSect="00034616">
      <w:footerReference w:type="default" r:id="rId8"/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9B086" w14:textId="77777777" w:rsidR="005B4FE5" w:rsidRDefault="005B4FE5">
      <w:pPr>
        <w:spacing w:after="0" w:line="240" w:lineRule="auto"/>
      </w:pPr>
      <w:r>
        <w:separator/>
      </w:r>
    </w:p>
  </w:endnote>
  <w:endnote w:type="continuationSeparator" w:id="0">
    <w:p w14:paraId="2ED0D602" w14:textId="77777777" w:rsidR="005B4FE5" w:rsidRDefault="005B4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319CB" w14:textId="77777777" w:rsidR="00564577" w:rsidRDefault="00000000">
    <w:pPr>
      <w:pStyle w:val="a7"/>
      <w:jc w:val="center"/>
      <w:rPr>
        <w:lang w:eastAsia="ja-JP"/>
      </w:rPr>
    </w:pPr>
    <w:r>
      <w:rPr>
        <w:color w:val="787878"/>
        <w:sz w:val="16"/>
        <w:lang w:eastAsia="ja-JP"/>
      </w:rPr>
      <w:t>鮭川村　地域おこし協力隊 応募用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CA70D" w14:textId="77777777" w:rsidR="005B4FE5" w:rsidRDefault="005B4FE5">
      <w:pPr>
        <w:spacing w:after="0" w:line="240" w:lineRule="auto"/>
      </w:pPr>
      <w:r>
        <w:separator/>
      </w:r>
    </w:p>
  </w:footnote>
  <w:footnote w:type="continuationSeparator" w:id="0">
    <w:p w14:paraId="0DC79BD1" w14:textId="77777777" w:rsidR="005B4FE5" w:rsidRDefault="005B4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499118">
    <w:abstractNumId w:val="8"/>
  </w:num>
  <w:num w:numId="2" w16cid:durableId="247929713">
    <w:abstractNumId w:val="6"/>
  </w:num>
  <w:num w:numId="3" w16cid:durableId="578709378">
    <w:abstractNumId w:val="5"/>
  </w:num>
  <w:num w:numId="4" w16cid:durableId="1923221402">
    <w:abstractNumId w:val="4"/>
  </w:num>
  <w:num w:numId="5" w16cid:durableId="1517692198">
    <w:abstractNumId w:val="7"/>
  </w:num>
  <w:num w:numId="6" w16cid:durableId="259720648">
    <w:abstractNumId w:val="3"/>
  </w:num>
  <w:num w:numId="7" w16cid:durableId="964001541">
    <w:abstractNumId w:val="2"/>
  </w:num>
  <w:num w:numId="8" w16cid:durableId="67385595">
    <w:abstractNumId w:val="1"/>
  </w:num>
  <w:num w:numId="9" w16cid:durableId="127305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24B9"/>
    <w:rsid w:val="00317905"/>
    <w:rsid w:val="00326F90"/>
    <w:rsid w:val="00564577"/>
    <w:rsid w:val="005B4FE5"/>
    <w:rsid w:val="007435FB"/>
    <w:rsid w:val="009D1153"/>
    <w:rsid w:val="009D5340"/>
    <w:rsid w:val="009E415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A2D009"/>
  <w14:defaultImageDpi w14:val="300"/>
  <w15:docId w15:val="{A321A1EC-87B7-4372-A6FF-F3CF3A03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2026-10-15T02:31:00Z</cp:lastPrinted>
  <dcterms:created xsi:type="dcterms:W3CDTF">2026-10-15T02:44:00Z</dcterms:created>
  <dcterms:modified xsi:type="dcterms:W3CDTF">2026-10-15T02:44:00Z</dcterms:modified>
  <cp:category/>
</cp:coreProperties>
</file>